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שאני שואל/ת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לשאול שאלות בסוף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שאלות טובות לעומת שאלות פחות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בניסוח שאלות אישיות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דוגמה לשאלה שעדיף לא לשאול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שאלות 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נראה יום רגיל אצלכם?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אילו פרויקטים עושים בשנה הראשונה?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 מקום ושאלה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(אילו פרויקטים עושים בשנה הראשונה?)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(איך מחליטים על התפקיד והמקום?)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(יש חפיפה או חונך בהתחלה?)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מצופה ממקבלי המלגה?)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שאלה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מה באמת מעניין אותי לדעת על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שהתשובה לא כתובה כבר בחומר שקיבלתי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לנסח את השאלה בצורה מכבדת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את השאלה בסוף הראיון כשמזמינים אותי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הקריטריון: שאלה אישית, מכבדת, שלא כתובה כבר בחומר, ומראה עניין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עניין/רצינות/החלטה אם המקום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שאלה עניינית לשאלה על הפסקות/חופשות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אישית ורלוונטית למצב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אחד/ת שואל/ת ראיון והשני/ה עונה ושואל שאלה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שהשאלה הכי טובה היא זו שבאמת מעניינת את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לדף הקודם - חוזקות וחולשות - ולהראות שגם שם וגם כאן חשוב רצינות ומחשבה מראש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שאני שואל/ת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בסוף כל ראיון שואלים אותך ״יש לך שאלות?״. זו הזדמנות להראות עניין ורצינות, וגם לבדוק אם המקום מתאים לך.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בבירור  ·  מקום  ·  רצינות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שאלה טובה בסוף ראיון מראה עניין ומחשבה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עדיף לשאול רק על הפסקות וחופשות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זיהוי שאלות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שאלה מתאימה לשאול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הפסקות יש ביום?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 נראה יום רגיל אצלכם?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למה אתם יותר גרועים ממקום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שאלה טובה למגמה יכולה להיות: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פעמים אפשר לאחר?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אילו פרויקטים עושים בשנה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 ההפסקה הכי ארוכה?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שאלה טובה מראה עניין, מחשבה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שאלות עוזרות לך להחליט אם ה__________ מתאים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עדיף לא לשאול שאלה שהתשובה עליה כתובה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סוג מקום ושאלה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מצופה ממקבלי המלגה?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מכינה או שנת 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יש חפיפה או חונך בהתחלה?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אילו פרויקטים עושים בשנה הראשונה?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איך מחליטים על התפקיד והמקום?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בניית שאלה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את השאלה בסוף הראיון כשמזמינים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מה באמת מעניין אותי לדעת על 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שהתשובה לא כתובה כבר בחומר שקיבלתי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לנסח את השאלה בצורה מכבדת וברורה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שאלות שהייתם שואלים בראיון על מקום שמעניין אתכם (מגמה, עבודה, מכינה או שנת שירות)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כדאי לשאול שאלה בסוף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לשאלה טובה אחת ושאלה פחות מתאימה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שאלות שאני שואל/ת בראיון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