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שאלות שאני שואל/ת בראיון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לשאול שאלות בסוף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שאלות טובות לעומת שאלות פחות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בניסוח שאלות אישיות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דוגמה לשאלה שעדיף לא לשאול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בדף שזו גם הזדמנות שלך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דוגמה לשאלה שלא כדאי לשאול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נחשב לשאלה שעדיף להימנע ממנה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זיהוי שאלות מתאימות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איך נראה יום רגיל אצלכם?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אילו פרויקטים עושים בשנה הראשונה?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יש חפיפה או חונך בהתחלה?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 מצופה ממקבלי המלגה במהלך השנה?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בסוף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חונך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פרויקטים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סוג מקום ושאלה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(אילו פרויקטים עושים בשנה הראשונה?)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(איך מחליטים על התפקיד והמקום?)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(יש חפיפה או חונך בהתחלה?)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מצופה ממקבלי המלגה?)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שאלה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מה באמת מעניין אותי לדעת על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שהתשובה לא כתובה כבר בחומר שקיבלתי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לנסח את השאלה בצורה מכבדת וברורה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את השאלה בסוף הראיון כשמזמינים אותי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הקריטריון: שאלה אישית, מכבדת, שלא כתובה כבר בחומר, ומראה עניין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מראה עניין ורצינות, עוזר להחליט אם המקום מתאים, יוצר רושם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מזכירה עניין/רצינות/החלטה אם המקום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בין שאלה עניינית לשאלה על הפסקות/חופשות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אישית ורלוונטית למצב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אחד/ת שואל/ת ראיון והשני/ה עונה ושואל שאלה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שהשאלה הכי טובה היא זו שבאמת מעניינת את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לדף הקודם - חוזקות וחולשות - ולהראות שגם שם וגם כאן חשוב רצינות ומחשבה מראש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שאלות שאני שואל/ת בראיון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בסוף כל ראיון שואלים אותך ״יש לך שאלות?״. זו הזדמנות להראות עניין ורצינות, וגם לבדוק אם המקום מתאים לך.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טובה בסוף ראיון מראה עניין ומחשבה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עדיף לשאול רק על הפסקות וחופשות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יכולות לעזור לך להחליט אם המקום מתאים לך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להשוות את המקום למקום אחר בצורה לא מכבדת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עדיף לשאול שאלה שהתשובה עליה כתובה בבירור בחומר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זיהוי שאלות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שאלה מתאימה לשאול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הפסקות יש ביום?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נראה יום רגיל אצלכם?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אתם יותר גרועים ממקום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כתוב כבר בחומר, אבל אשאל בכל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שאלה טובה למגמה יכולה להיות: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פעמים אפשר לאחר?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אילו פרויקטים עושים בשנה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ההפסקה הכי ארוכה?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 לא כדאי לבחור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שאלה מתאימה לעבודה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חפיפה או חונך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ימי חופש אפשר לקחת בלי לשאול?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המשכורת לא גבוהה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לא להגיע בימי 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שאלה מתאימה למלגה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כסף זה בדיוק?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מצופה ממקבלי המלגה במהלך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אפשר לקבל את זה בלי לעשות כלום?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 לא נותנים יותר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טוב לשאול ״מתי ואיך תודיעו על ההחלטה?״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בתחילת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כדאי לשאול זאת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שאלה טובה מראה עניין, מחשבה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שאלות עוזרות לך להחליט אם ה__________ מתאים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עדיף לא לשאול שאלה שהתשובה עליה כתובה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לעבודה כדאי לשאול אם יש חפיפה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למגמה אפשר לשאול על __________ שעושים בשנה הראשונה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סוג מקום ושאלה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מחליטים על התפקיד והמקום?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מכינה או שנת שירות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מצופה ממקבלי המלגה?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אילו פרויקטים עושים בשנה הראשונה?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 חפיפה או חונך בהתחלה?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בניית שאלה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לנסח את השאלה בצורה מכבדת וברורה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מה באמת מעניין אותי לדעת על 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את השאלה בסוף הראיון כשמזמינים אותי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שהתשובה לא כתובה כבר בחומר שקיבלתי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שאלות שהייתם שואלים בראיון על מקום שמעניין אתכם (מגמה, עבודה, מכינה או שנת שירות)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לשאול שאלות בסוף ראיון ולא רק לענות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לשאול שאלה בסוף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טובה אחת ושאלה פחות מתאימה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שאלה הייתם שואלים בראיון הבא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שאלות שאני שואל/ת בראיון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